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مرآة الروح لنبيلة عبودي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وئام/ بكاكرية هاجر (مشرفا)/ خلفة بثينة/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