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نشودة السلام لنازك الملائكة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امة عائدة/ مجدوب فتيحة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