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المجموعة القصصية على موتها أغنى ليسرى الغول -قصة ترانيم الخوف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بوحداد رحمة/ متهني فاطمة الزهراء/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