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المثلث المقلوب لمحمد ارفيفان عوادين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بوغليلبة مروانة/ ضيف أمينة/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