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العتبات النصية في المجموعة القصصية -كهنة لمريم بغيبغ-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عمري عادل/ بوزيدي حمزة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96ص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800369611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