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في" رواية قبل البدء حتى..."لمحمد بورحلة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اسيا/ بدرون أميرة/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