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الحوارية وتعدد الأصوات في رواية عناق الأفاعي لعز الدين جلاوجي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حمادوش رمزي خليل/ دباح نصر الدين/ خضور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800373511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