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الخلان لأمين الزاوي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بلعز أميرة/ محاط صليحة/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