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السرد في رواية بيت الخريف لسامية بن دريس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بورزاق خولة/ بوحداد أسماء/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800373711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