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تفاح الجن لجميلة مراني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بن خليفة ريان/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