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مطمط نسرين/ بولقصب ياسمينة/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