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الحجاج البلاغية في ديوان الوزير لإبن زمرك الأندلسي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كرباش خديجة/ بولعيون كاميليا/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800374411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