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عوائق تعلم البلاغة العربية في الجامعة المركز الجامعي عبد الحفيظ بوالصوف ميلة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خروبة بشرى/ بارة بشرى/ زطيلي زكرياء(مشرفا)/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