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جديدة في تعليمية النصوص قراءة في كتاب تعليمية النصوص بين النظرية والتطبيق لبشير إبرير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أميرة/ زواغي رزيقة/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