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الصورة في تعليم اللغة العربية -قسم التحضيري-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هنية/ سايري ريان/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