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الفايسبوك وأثرها في متعلمي المرحلة الثانوية الصفحات الرياضية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بوقادوم رقية/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