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منطقة باينان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قريبع مليكة/ حركاتي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