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اللغوية بين اللغة العربية والفرنسية وأثره في تعليمية اللغة العربية في المركز المكثف للغات بجامعة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طهراوي سماح/ بوعبد الله دليلة/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