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التغيرات في المصطلحات الصوتية قراءة في الكتاب لسيبويه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رقية/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