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التعليمي المنطوق للسنة الرابعة ابتدائي -مقاربة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مريم/ شلي لبنى/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