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الأجوبة المسكتة أجوبة الزهاد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عولمي سالم حليمة/ رجم حسيبة/ طراد أنور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800387611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