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الروائي في رواية وحشة اليمامة لأمين الزاوي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مزغيش سعاد/ بلحربي ندى/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