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الإنشاء في السنة الاولى متوسط دراسة وظيفية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سهام/ زعباط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