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القضايا البلاغية الجديدة في كتاب نظرية البلاغة لعبد الملك مرتاض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عليلي العيد/ فرخي سيد أحمد/ جغرود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800389811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