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البناء اللغوي في مناهج الجيل الثاني من التعليم المتوسط -السنة الثانية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بوقريطة مريم/ سعدوني مروة/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