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الشواهد القرآنية والشواهد الشعرية في كتاب الجمل في النحو للزجاجي -دراسة موازنة-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زروال نادية/ طيوان صليحة/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