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biologique des recettes utilisées dans la médecine traditionnelle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Boughriza Imane/ Begbagui Nessrine/ Zeroual Dalia/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57067411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