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Modèles et méthodes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Pierre Del Moral/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9783642546150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