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roit des contrats publ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ois Lich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1896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