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roit du travail 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Elsa Pesk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472058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