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Je veux réussir mon droit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Isabelle Defrénois-Souleau/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8.éd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9782247116287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