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Philosophie du droit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Benoit Frydman/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Dalloz/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17*11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9782247087914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