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العلاقة بين مخاطر المحفظة المالية وأسعار الأسهم وفق نموذج MEDAF -دراسة حالة عينة من السوق المالي السعودي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إيناس/ جامع عبير/ محمد هبول(رئيسا)،علية عبد الباسط عبد الصمد(مشرفا ومقررا)،حمزة داودي(ممتحنا)/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330194911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