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مر اقبة التسيير وعلاقته في اتخاد القرارات المالية دراسة حالة مؤسسة اتصالات الجزائر وحدة ميلة  الفترة 2016-2018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كنزة/ بن معروف صفية/ عليه عبد الباسط (رئيسا)، مشري فريد(مشرفا ومقررا)،بولدياب مراد(ممتحنا)/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330195511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