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الخداع التسويقي في بناء الصورة الذهنية للمستهلكين دراسة حالة سوق الخدمات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شقوف رندة/ غبود هاجر/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