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الظواهر مافوق المقطعية ودورها في توضيح المعاني دراسة تشكيلية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زينة/ بوشلوخ فطيمة/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