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اللسان العربي في الجزائر  قراءة في كتاب مباحث  منهجية في اللسانيات العربية لأحمد بوجمعة بناني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بوكفوس وسام/ نويوة صبرينة/ توفيق بركات(مشرفا)/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