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الجملة الشرطية العربية من وجهة نظر النحو التوليدي التحويلي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بوالبرهان ابتسام/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