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الاستلزام الحواري في مسرحية التاعس والناعس لعز الدين جلاوجي دراسة في التداولية التحاورية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خياط نور الهدى/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