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المدونة وأثرها في التحصيل اللغوي لدى الطالب الجامعي معجم شركة صخر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مولاقميم كاتية/ زواغي يسرى/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