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مادة مهارات الاتصال في قسم اللغة والأدب العربي وأثرها على الأداء البيداغوجي للأستاذ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 مريم/ قنوش إيمان/ ناصر بعداش(مشرفا)/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