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الوعي الصوتي للمرحلة الابتدائية التحضيرية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سهيلة/ بوسنة إكرام/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