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الإدغام بين القراء واللغويين دراسة مقارنة - سورة البقرة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لعشاشة سارة/ خيرة فضالة/ بوخنطوط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