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التكثيف الدلالي في القصة القصيرة جدا هيباتيا لمريم بغيبغ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راجح ماجدة/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