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القصصي في قصة الكرسي الدوار لعبد العالي بن علال أبو جليل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كشبار رفيقة/ لحرايق آمنة/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