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الفنية في رواية شجرة مريم للكاتبة 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كريمة/ بن دريس ليديا/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