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الواصفة في نقد امنة بلعلى من خلال كتاب سيمياء الأنساق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مجدوب فاطمة/ بوخونة نبيلة/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