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نيرفانا لأمين الزاوي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أماني/ بوعشيبة نسرين/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