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الضوء الازرق لحسين البرغوتي 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زغمار نجاة/ سفاري جمال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 xml:space="preserve">أدب عربي حديث و معاصر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