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الخطاب النسوي في مجموعة مفردات امراة القصصية لسمير يزبك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بوخالفة إيناس/ سليوة حميدة(مشرفا)/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